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MAQOLA SARLAVHASI (BOSH HARFLAR BILAN, O'RTADA, QALIN)</w:t>
      </w:r>
    </w:p>
    <w:p>
      <w:pPr>
        <w:jc w:val="center"/>
      </w:pPr>
      <w:r>
        <w:rPr>
          <w:b/>
        </w:rPr>
        <w:t>Muallifning F.I.Sh.</w:t>
      </w:r>
      <w:r>
        <w:br/>
        <w:t>Ilmiy darajasi, unvoni, ish joyi nomi</w:t>
        <w:br/>
        <w:t>Email: muallif@mail.com</w:t>
      </w:r>
    </w:p>
    <w:p>
      <w:r>
        <w:br/>
      </w:r>
    </w:p>
    <w:p>
      <w:pPr>
        <w:pStyle w:val="Heading1"/>
      </w:pPr>
      <w:r>
        <w:t>Annotatsiya (Abstract)</w:t>
      </w:r>
    </w:p>
    <w:p>
      <w:pPr>
        <w:ind w:firstLine="720"/>
      </w:pPr>
      <w:r>
        <w:t>Ushbu qismda maqolaning qisqacha mazmuni, maqsadi, uslubiyati va asosiy natijalari yoziladi. Annotatsiya hajmi odatda 150-250 so'zdan iborat bo'lishi tavsiya etiladi. Annotatsiya matni aniq, lo'nda va tushunarli bo'lishi shart.</w:t>
      </w:r>
    </w:p>
    <w:p>
      <w:r>
        <w:rPr>
          <w:b/>
        </w:rPr>
        <w:t xml:space="preserve">Kalit so'zlar: </w:t>
      </w:r>
      <w:r>
        <w:t>kalit so'z 1, kalit so'z 2, kalit so'z 3, kalit so'z 4, kalit so'z 5 (5-8 ta so'z).</w:t>
      </w:r>
    </w:p>
    <w:p>
      <w:r>
        <w:br/>
      </w:r>
    </w:p>
    <w:p>
      <w:pPr>
        <w:pStyle w:val="Heading1"/>
      </w:pPr>
      <w:r>
        <w:t>Kirish (Introduction)</w:t>
      </w:r>
    </w:p>
    <w:p>
      <w:pPr>
        <w:ind w:firstLine="720"/>
      </w:pPr>
      <w:r>
        <w:t>Bu qismda muammoning dolzarbligi, tadqiqotning maqsadi va vazifalari tushuntiriladi. Nima uchun aynan shu mavzu tanlangani asoslab beriladi.</w:t>
      </w:r>
    </w:p>
    <w:p>
      <w:pPr>
        <w:pStyle w:val="Heading1"/>
      </w:pPr>
      <w:r>
        <w:t>Tadqiqot Metodologiyasi (Materials and Methods)</w:t>
      </w:r>
    </w:p>
    <w:p>
      <w:pPr>
        <w:ind w:firstLine="720"/>
      </w:pPr>
      <w:r>
        <w:t>Tadqiqot jarayonida qanday usullar va vositalardan foydalanilganligi yoritiladi. Ilmiy tahlil, tajriba yoki statistik ma'lumotlar qanday yig'ilgani tushuntiriladi.</w:t>
      </w:r>
    </w:p>
    <w:p>
      <w:pPr>
        <w:pStyle w:val="Heading1"/>
      </w:pPr>
      <w:r>
        <w:t>Natijalar va Muhokama (Results and Discussion)</w:t>
      </w:r>
    </w:p>
    <w:p>
      <w:pPr>
        <w:ind w:firstLine="720"/>
      </w:pPr>
      <w:r>
        <w:t>Tadqiqot natijasida olingan ma'lumotlar va yutuqlar tahlil qilinadi. Agar kerak bo'lsa jadval yoki rasmlar kiritiladi.</w:t>
      </w:r>
    </w:p>
    <w:p>
      <w:pPr>
        <w:pStyle w:val="Heading1"/>
      </w:pPr>
      <w:r>
        <w:t>Xulosa (Conclusion)</w:t>
      </w:r>
    </w:p>
    <w:p>
      <w:pPr>
        <w:ind w:firstLine="720"/>
      </w:pPr>
      <w:r>
        <w:t>Maqola so'ngida tadqiqot bo'yicha yakuniy xulosa yoziladi. Kelajakda shu yo'nalishda amalga oshirilishi mumkin bo'lgan ishlarga takliflar beriladi.</w:t>
      </w:r>
    </w:p>
    <w:p>
      <w:pPr>
        <w:pStyle w:val="Heading1"/>
      </w:pPr>
      <w:r>
        <w:t>Foydalanilgan Adabiyotlar (References)</w:t>
      </w:r>
    </w:p>
    <w:p>
      <w:r>
        <w:t>1. Muallif F.I. Kitob nomi. Nashriyot, Yil. Betlar.</w:t>
      </w:r>
    </w:p>
    <w:p>
      <w:r>
        <w:t>2. Muallif F.I. "Maqola nomi". Jurnal nomi, Jild(Son), Yil, Betlar.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